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80"/>
      </w:pPr>
      <w:r>
        <w:rPr>
          <w:color w:val="555B66"/>
          <w:sz w:val="18"/>
        </w:rPr>
        <w:t xml:space="preserve">Грузополучатель или грузоотправитель: </w:t>
      </w:r>
      <w:r>
        <w:rPr>
          <w:sz w:val="19"/>
        </w:rPr>
        <w:t>________________________________________________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Форма ГУ-2б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Уведомление о завершении грузовой операции</w:t>
      </w:r>
    </w:p>
    <w:p>
      <w:pPr>
        <w:spacing w:before="0" w:after="160"/>
        <w:jc w:val="center"/>
      </w:pPr>
      <w:r>
        <w:rPr>
          <w:b w:val="0"/>
          <w:sz w:val="20"/>
        </w:rPr>
        <w:t>№ ________  от  «___» ____________ 20___ г.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Кому и откуда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Кому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От кого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Путь, место операции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sz w:val="18"/>
        </w:rPr>
        <w:t xml:space="preserve">Операция:   </w:t>
      </w:r>
      <w:r>
        <w:rPr>
          <w:sz w:val="19"/>
        </w:rPr>
        <w:t xml:space="preserve">☐ погрузка     </w:t>
      </w:r>
      <w:r>
        <w:rPr>
          <w:sz w:val="19"/>
        </w:rPr>
        <w:t xml:space="preserve">☐ выгрузка     </w:t>
      </w:r>
      <w:r>
        <w:rPr>
          <w:sz w:val="19"/>
        </w:rPr>
        <w:t xml:space="preserve">☐ сдвоенная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Вагоны готовы к уборке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2324"/>
        <w:gridCol w:w="2324"/>
        <w:gridCol w:w="2324"/>
        <w:gridCol w:w="2324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Номер вагона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Операция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Окончание: дата, время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Примечание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Передача уведомления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Передано: дата, время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Принято станцией: дата, время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Уведомление передал, диспетчер грузополучателя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Уведомление принял, приёмосдатчик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120"/>
      </w:pPr>
      <w:r>
        <w:rPr>
          <w:b/>
          <w:caps/>
          <w:color w:val="A40C3B"/>
          <w:sz w:val="18"/>
        </w:rPr>
        <w:t>Пример заполнения · данные вымышленные</w:t>
      </w:r>
    </w:p>
    <w:p>
      <w:pPr>
        <w:spacing w:before="0" w:after="80"/>
      </w:pPr>
      <w:r>
        <w:rPr>
          <w:color w:val="555B66"/>
          <w:sz w:val="18"/>
        </w:rPr>
        <w:t xml:space="preserve">Грузополучатель или грузоотправитель: </w:t>
      </w:r>
      <w:r>
        <w:rPr>
          <w:sz w:val="19"/>
        </w:rPr>
        <w:t>ООО «Терминал Пример»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Форма ГУ-2б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Уведомление о завершении грузовой операции</w:t>
      </w:r>
    </w:p>
    <w:p>
      <w:pPr>
        <w:spacing w:before="0" w:after="160"/>
        <w:jc w:val="center"/>
      </w:pPr>
      <w:r>
        <w:rPr>
          <w:b w:val="0"/>
          <w:sz w:val="20"/>
        </w:rPr>
        <w:t>№ 58  от  27.09.2026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Кому и откуда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Кому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Начальнику станции Примерная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От кого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ООО «Терминал Пример»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Путь, место операции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Путь № 3, фронт выгрузки контейнеров</w:t>
            </w:r>
          </w:p>
        </w:tc>
      </w:tr>
    </w:tbl>
    <w:p>
      <w:pPr>
        <w:spacing w:before="120" w:after="40"/>
      </w:pPr>
      <w:r>
        <w:rPr>
          <w:b/>
          <w:sz w:val="18"/>
        </w:rPr>
        <w:t xml:space="preserve">Операция:   </w:t>
      </w:r>
      <w:r>
        <w:rPr>
          <w:sz w:val="19"/>
        </w:rPr>
        <w:t xml:space="preserve">☐ погрузка     </w:t>
      </w:r>
      <w:r>
        <w:rPr>
          <w:sz w:val="19"/>
        </w:rPr>
        <w:t xml:space="preserve">☒ выгрузка     </w:t>
      </w:r>
      <w:r>
        <w:rPr>
          <w:sz w:val="19"/>
        </w:rPr>
        <w:t xml:space="preserve">☐ сдвоенная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Вагоны готовы к уборке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2324"/>
        <w:gridCol w:w="2324"/>
        <w:gridCol w:w="2324"/>
        <w:gridCol w:w="2324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Номер вагона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Операция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Окончание: дата, время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Примечание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42198762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27.09.2026, 14:20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42198770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27.09.2026, 14:35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42201533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27.09.2026, 14:50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Передача уведомления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Передано: дата, время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27.09.2026, 14:55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Принято станцией: дата, время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27.09.2026, 14:58</w:t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Уведомление передал, диспетчер грузополучателя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Сидорова А. В.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Уведомление принял, приёмосдатчик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Иванова О. Н.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6"/>
        <w:sz w:val="16"/>
      </w:rPr>
      <w:t>Образец для ознакомления. Сверяйте с действующей формой у перевозчика.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B66"/>
        <w:sz w:val="16"/>
      </w:rPr>
      <w:t>Образец Steiza · steiza.com/knowledge/shablony/gu-2b-uvedomlenie/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ГУ-2б — образец для ознакомления</dc:title>
  <dc:subject>Уведомление ГУ-2б</dc:subject>
  <dc:creator>Steiza</dc:creator>
  <cp:keywords/>
  <dc:description>Образец для ознакомления. TODO: сверить с актуальной редакцией формы.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