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color w:val="555B66"/>
          <w:sz w:val="18"/>
        </w:rPr>
        <w:t xml:space="preserve">Наименование терминала или депо: </w:t>
      </w:r>
      <w:r>
        <w:rPr>
          <w:sz w:val="19"/>
        </w:rPr>
        <w:t>________________________________________________</w:t>
      </w:r>
    </w:p>
    <w:p>
      <w:pPr>
        <w:spacing w:before="0" w:after="160"/>
        <w:jc w:val="right"/>
      </w:pPr>
      <w:r>
        <w:rPr>
          <w:b w:val="0"/>
          <w:color w:val="555B66"/>
          <w:sz w:val="16"/>
        </w:rPr>
        <w:t>Образец Steiza</w:t>
      </w:r>
    </w:p>
    <w:p>
      <w:pPr>
        <w:spacing w:before="0" w:after="40"/>
        <w:jc w:val="center"/>
      </w:pPr>
      <w:r>
        <w:rPr>
          <w:b/>
          <w:caps/>
          <w:sz w:val="26"/>
        </w:rPr>
        <w:t>Акт приёма-передачи контейнера</w:t>
      </w:r>
    </w:p>
    <w:p>
      <w:pPr>
        <w:spacing w:before="0" w:after="160"/>
        <w:jc w:val="center"/>
      </w:pPr>
      <w:r>
        <w:rPr>
          <w:b w:val="0"/>
          <w:sz w:val="20"/>
        </w:rPr>
        <w:t>№ ________  от  «___» ____________ 20___ г.</w:t>
      </w:r>
    </w:p>
    <w:p>
      <w:pPr>
        <w:spacing w:before="120" w:after="40"/>
      </w:pPr>
      <w:r>
        <w:rPr>
          <w:b/>
          <w:sz w:val="18"/>
        </w:rPr>
        <w:t xml:space="preserve">Операция:   </w:t>
      </w:r>
      <w:r>
        <w:rPr>
          <w:sz w:val="19"/>
        </w:rPr>
        <w:t xml:space="preserve">☐ приём на площадку     </w:t>
      </w:r>
      <w:r>
        <w:rPr>
          <w:sz w:val="19"/>
        </w:rPr>
        <w:t xml:space="preserve">☐ выдача с площадки     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Время и основание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Дата и время передачи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Основание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Контейнер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Номер (ISO 6346)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Тип и размер, код ISO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Владелец или линия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Статус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Масса брутто, кг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Пломба (ЗПУ)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Транспорт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Вид транспорта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Тягач, гос. номер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Полуприцеп, гос. номер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Водитель, ФИО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Перевозчик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120" w:after="40"/>
      </w:pPr>
      <w:r>
        <w:rPr>
          <w:b/>
          <w:sz w:val="18"/>
        </w:rPr>
        <w:t xml:space="preserve">Техническое состояние:   </w:t>
      </w:r>
      <w:r>
        <w:rPr>
          <w:sz w:val="19"/>
        </w:rPr>
        <w:t xml:space="preserve">☐ без повреждений     </w:t>
      </w:r>
      <w:r>
        <w:rPr>
          <w:sz w:val="19"/>
        </w:rPr>
        <w:t xml:space="preserve">☐ есть повреждения     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Повреждения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2324"/>
        <w:gridCol w:w="2324"/>
        <w:gridCol w:w="2324"/>
        <w:gridCol w:w="2324"/>
      </w:tblGrid>
      <w:tr>
        <w:tc>
          <w:tcPr>
            <w:tcW w:type="dxa" w:w="567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№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Место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Вид повреждения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Размер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Фото №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Фотографии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Особые отметки</w:t>
      </w: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020" w:hRule="atLeast"/>
        </w:trPr>
        <w:tc>
          <w:tcPr>
            <w:tcW w:type="dxa" w:w="986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0" w:after="120"/>
      </w:pP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118"/>
        <w:gridCol w:w="2551"/>
      </w:tblGrid>
      <w:tr>
        <w:tc>
          <w:tcPr>
            <w:tcW w:type="dxa" w:w="4195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Роль</w:t>
            </w:r>
          </w:p>
        </w:tc>
        <w:tc>
          <w:tcPr>
            <w:tcW w:type="dxa" w:w="3118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ФИО</w:t>
            </w:r>
          </w:p>
        </w:tc>
        <w:tc>
          <w:tcPr>
            <w:tcW w:type="dxa" w:w="2551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Подпись</w:t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Сдал, водитель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Принял, приёмосдатчик терминала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spacing w:before="0" w:after="120"/>
      </w:pPr>
      <w:r>
        <w:rPr>
          <w:b/>
          <w:caps/>
          <w:color w:val="A40C3B"/>
          <w:sz w:val="18"/>
        </w:rPr>
        <w:t>Пример заполнения · данные вымышленные</w:t>
      </w:r>
    </w:p>
    <w:p>
      <w:pPr>
        <w:spacing w:before="0" w:after="80"/>
      </w:pPr>
      <w:r>
        <w:rPr>
          <w:color w:val="555B66"/>
          <w:sz w:val="18"/>
        </w:rPr>
        <w:t xml:space="preserve">Наименование терминала или депо: </w:t>
      </w:r>
      <w:r>
        <w:rPr>
          <w:sz w:val="19"/>
        </w:rPr>
        <w:t>ООО «Терминал Пример» · площадка «Северная»</w:t>
      </w:r>
    </w:p>
    <w:p>
      <w:pPr>
        <w:spacing w:before="0" w:after="160"/>
        <w:jc w:val="right"/>
      </w:pPr>
      <w:r>
        <w:rPr>
          <w:b w:val="0"/>
          <w:color w:val="555B66"/>
          <w:sz w:val="16"/>
        </w:rPr>
        <w:t>Образец Steiza</w:t>
      </w:r>
    </w:p>
    <w:p>
      <w:pPr>
        <w:spacing w:before="0" w:after="40"/>
        <w:jc w:val="center"/>
      </w:pPr>
      <w:r>
        <w:rPr>
          <w:b/>
          <w:caps/>
          <w:sz w:val="26"/>
        </w:rPr>
        <w:t>Акт приёма-передачи контейнера</w:t>
      </w:r>
    </w:p>
    <w:p>
      <w:pPr>
        <w:spacing w:before="0" w:after="160"/>
        <w:jc w:val="center"/>
      </w:pPr>
      <w:r>
        <w:rPr>
          <w:b w:val="0"/>
          <w:sz w:val="20"/>
        </w:rPr>
        <w:t>№ 0412  от  28.09.2026</w:t>
      </w:r>
    </w:p>
    <w:p>
      <w:pPr>
        <w:spacing w:before="120" w:after="40"/>
      </w:pPr>
      <w:r>
        <w:rPr>
          <w:b/>
          <w:sz w:val="18"/>
        </w:rPr>
        <w:t xml:space="preserve">Операция:   </w:t>
      </w:r>
      <w:r>
        <w:rPr>
          <w:sz w:val="19"/>
        </w:rPr>
        <w:t xml:space="preserve">☒ приём на площадку     </w:t>
      </w:r>
      <w:r>
        <w:rPr>
          <w:sz w:val="19"/>
        </w:rPr>
        <w:t xml:space="preserve">☐ выдача с площадки     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Время и основание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Дата и время передачи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28.09.2026, 10:42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Основание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Заявка на сдачу порожнего № 1187</w:t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Контейнер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Номер (ISO 6346)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STZU 123456 4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Тип и размер, код ISO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22G1, 20′ общего назначения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Владелец или линия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Линия «Пример»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Статус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порожний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Масса брутто, кг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— (порожний)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Пломба (ЗПУ)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нет</w:t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Транспорт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Вид транспорта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автомобиль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Тягач, гос. номер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А 123 ВС 123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Полуприцеп, гос. номер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ВК 4567 23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Водитель, ФИО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Петров Пётр Петрович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Перевозчик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ИП Петров П. П.</w:t>
            </w:r>
          </w:p>
        </w:tc>
      </w:tr>
    </w:tbl>
    <w:p>
      <w:pPr>
        <w:spacing w:before="120" w:after="40"/>
      </w:pPr>
      <w:r>
        <w:rPr>
          <w:b/>
          <w:sz w:val="18"/>
        </w:rPr>
        <w:t xml:space="preserve">Техническое состояние:   </w:t>
      </w:r>
      <w:r>
        <w:rPr>
          <w:sz w:val="19"/>
        </w:rPr>
        <w:t xml:space="preserve">☐ без повреждений     </w:t>
      </w:r>
      <w:r>
        <w:rPr>
          <w:sz w:val="19"/>
        </w:rPr>
        <w:t xml:space="preserve">☒ есть повреждения     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Повреждения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2324"/>
        <w:gridCol w:w="2324"/>
        <w:gridCol w:w="2324"/>
        <w:gridCol w:w="2324"/>
      </w:tblGrid>
      <w:tr>
        <w:tc>
          <w:tcPr>
            <w:tcW w:type="dxa" w:w="567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№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Место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Вид повреждения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Размер</w:t>
            </w:r>
          </w:p>
        </w:tc>
        <w:tc>
          <w:tcPr>
            <w:tcW w:type="dxa" w:w="2324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Фото №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Левая боковая стенка, у дверей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Вмятина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30 × 15 см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3, 4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Правая дверь, нижняя часть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Царапины, коррозия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до 20 см</w:t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6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Фотографии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6 шт., прилагаются к акту</w:t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Особые отметки</w:t>
      </w: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020" w:hRule="atLeast"/>
        </w:trPr>
        <w:tc>
          <w:tcPr>
            <w:tcW w:type="dxa" w:w="986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Повреждения зафиксированы при приёме в присутствии водителя. С описанием согласен.</w:t>
            </w:r>
          </w:p>
        </w:tc>
      </w:tr>
    </w:tbl>
    <w:p>
      <w:pPr>
        <w:spacing w:before="0" w:after="120"/>
      </w:pP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118"/>
        <w:gridCol w:w="2551"/>
      </w:tblGrid>
      <w:tr>
        <w:tc>
          <w:tcPr>
            <w:tcW w:type="dxa" w:w="4195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Роль</w:t>
            </w:r>
          </w:p>
        </w:tc>
        <w:tc>
          <w:tcPr>
            <w:tcW w:type="dxa" w:w="3118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ФИО</w:t>
            </w:r>
          </w:p>
        </w:tc>
        <w:tc>
          <w:tcPr>
            <w:tcW w:type="dxa" w:w="2551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Подпись</w:t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Сдал, водитель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Петров П. П.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Принял, приёмосдатчик терминала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Сидорова А. В.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6"/>
        <w:sz w:val="16"/>
      </w:rPr>
      <w:t>Бесплатный образец Steiza. В Steiza этот акт формируется автоматически.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B66"/>
        <w:sz w:val="16"/>
      </w:rPr>
      <w:t>Образец Steiza · steiza.com/knowledge/shablony/akt-priema-peredachi-kontejnera/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контейнера — образец Steiza</dc:title>
  <dc:subject>Акт приёма-передачи контейнера</dc:subject>
  <dc:creator>Steiza</dc:creator>
  <cp:keywords/>
  <dc:description>Образец Steiza. Единой обязательной формы нет, поля можно менять под свою площадку.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